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 (20 יחידות)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באוצר המילים המרכזי מתוך 20 היחידות לפי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הנושאים הלשוניים החוזרים: כינויי גוף, הווה, יחס, שייכות, זכר/נקבה, זמן ופעלים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שמיעה והבנה של שיר לכתיבה יצירתית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ביטחון בדיבור בזוגות ובקבוצה סביב נושאי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וזהות: מי אני, מי אתה, מי את – הכרת מילים וכינויים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וזהות: מי אני, מי אתה, מי את – תבניות וכינויים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מילים אחדות בעברית זהות בכתיב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"את" פונה לבת, "אתה" פונה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אנחנו מתאר קבוצה שכוללת את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וזהות: מי אני, מי אתה, מי את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וזהות: מי אני, מי אתה, מי את – התאמת 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(גוף שני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(גוף שני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(גוף שלישי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(גוף שלישי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ארצות, שפות ומקומות: הווה, יחס ושייכות – מה זוכרים מהשירים?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השיר שואל ועונה על השאלה איפה מישהו גר, ברחוב או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השיר מתאר חצר משותפת לילדים מארצות ושפות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עוסק בשפה העברית עצמה ובהתחדשותה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היחידה מתמקדת בביטויי שייכות כמו יש לי וחבר/חברה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ארצות, שפות ומקומות: הווה, יחס ושייכות – תרגול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ארצות, שפות ומקומות: הווה, יחס ושייכות – בחירה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מדברות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ארצות, שפות ומקומות: הווה, יחס ושייכות – ארץ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(איטלקית)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משפחה, בית, אהבות ותחביבים – אוצר מילים ושייכות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משפחה, בית, אהבות ותחביבים – פעלים של חיבה ושמות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משפחה, בית, אהבות ותחביבים – שייכות,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המילים 'יש לי' מבטאות שייכות - משהו שקיים אצל הדובר.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התאמה במין: 'חצר גדולה' (נקבה) לעומת 'בית גדול' (זכר).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משפחה, בית, אהבות ותחביבים – תרגול מורחב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יום־יום, לימודים, עבודה וזמן – זיהוי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סיומת ־ת יוצרת נקבה בחלק משמות המקצוע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 השבוע נקראים לפי מספר סודר (ראשון, שני) מלבד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תחילית מת/מתק בהווה מסמנת בניין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יום־יום, לימודים, עבודה וזמן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יום־יום, לימודים, עבודה וזמן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מתקלח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שלוש הוא מספר יסודי ושלישי הוא 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סדר פעולות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יום־יום, לימודים, עבודה וזמן – התאמות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(טבחית)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(רופאה)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(שוטרת)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(מתכנתת)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עונות, חופש, אוכל ובריאות – אוצר מילים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(🙂)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(✋)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(🦵)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(🫃)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(💊)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עונות, חופש, אוכל ובריאות – השלמות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עונות, חופש, אוכל ובריאות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בריא הוא ההפך מחולה.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תפקידם בטיפול בחולים.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למשל: הרגליים, הידיים, האוזניים.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עונות, חופש, אוכל ובריאות – שימוש בצורת הזוגי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כואבות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כואבת לי הרגל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איך אתה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 שלוש מילים נכונות מתוך אוצר המילים של יחידה מסוימת ומסביר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ברור של נושא לשוני אחד (למשל הווה, שייכות, הזוגי)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למשפט תקין בעברית מתוך משימת הכתיבה, מראה שימוש נכון בתבנית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שיעורים, פרק אחד בכל שיעור, ולהתחיל כל שיעור בהשמעת קטע מהשיר הרלוונטי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באוצר המילים ובמשחק ההתאמה, ולדלג על משימת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ההבדל בין שתי גרסאות שיר באותה יחידה (כגון יום שישי)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את דפי הכתיבה של התלמידים לאורך הפרקים ולבנות מהם בסוף 'תיק עברית'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 (20 יחידות)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תשמעו קטע משיר, תלמדו מילים חדשות ותתרגלו נושא לשוני אחד. עבדו לפי הסדר – קודם אוצר מילים, אחר כך התרגילים, ולבסוף משימת הכתיבה. אפשר לעבוד לבד או בזוגות, שיר אחר שיר.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וזהות: מי אני, מי אתה, מי את – הכרת מילים וכינויים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כשפוגשים מישהו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לתלמיד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כשמרגישים טוב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כינוי גוף פונה לבת (נקבה)?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וזהות: מי אני, מי אתה, מי את – תבניות וכינויים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"מורה" נכתבת אותו דבר לזכר ולנקבה.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"את" פונה לבן (זכר).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"אנחנו" הוא כינוי גוף ראשון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וזהות: מי אני, מי אתה, מי את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שמי דנה, __________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מאיפה את? אני __________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שלומך? - טוב,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וזהות: מי אני, מי אתה, מי את – התאמת 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שלישי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שלישי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שני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גוף שני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ארצות, שפות ומקומות: הווה, יחס ושייכות – מה זוכרים מהשירים?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'גרה בשינקין' עוסק בשאלה איפה מישהו 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'אצלנו בחצר' ילדים מארצות שונות משחקים יחד באותה חצר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'העברית החדשה' מספר על לימוד השפה הצרפתית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'יש לי חבר' לומדים את מילת השייכות 'יש 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ארצות, שפות ומקומות: הווה, יחס ושייכות – תרגול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__________ בתל אביב עם המשפחה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הן __________ רוסית וגם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בצרפת, ואנחנו כותבים זה לזה מכתבים.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ארצות, שפות ומקומות: הווה, יחס ושייכות – בחירה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השלימו: אנחנו ___ בשכונה יפה ליד הים.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השלימו: הן ___ רוסית עם הסבתא שלהן.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למשפט: 'הם גרים ___ רחוב הרצל'?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ארצות, שפות ומקומות: הווה, יחס ושייכות – ארץ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איטלקית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איטליה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צרפתית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משפחה, בית, אהבות ותחביבים – אוצר מילים ושייכות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משפחה, בית, אהבות ותחביבים – פעלים של חיבה ושמות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דני ___ לשחק כדורגל בחצר.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רונית ___ לצייר בשעות הפנאי שלה.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הילדים בכיתה ___ לקרוא ספרים בזמן החופש.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'יש לי אחות גדולה' - המשפט מבטא שייכות.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משפחה, בית, אהבות ותחביבים – שייכות,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'יש לי משפחה חמה' מראה ששייך משהו לדובר.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'חצר גדול' בלי להתאים את התואר למין שם העצם.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משפחה, בית, אהבות ותחביבים – תרגול מורחב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__________ בית חם ומשפחה אוהבת.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יום־יום, לימודים, עבודה וזמן – זיהוי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'נהג' בנקבה היא 'נהגת'.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השבוע בעברית נקראים לפי מספר יסודי (אחד, שתיים) ולא לפי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'מתקלח' שייך לבניין התפעל.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יום־יום, לימודים, עבודה וזמן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יום חמישי בא 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אמא שלי __________ בבית חולים (רופא בנקבה).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קדם אני קם, __________ אני מתקלח.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יום־יום, לימודים, עבודה וזמן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פעולה שאדם עושה לעצמו, בבניין התפעל?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'שלוש' ל'שלישי'?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הוא מספר יסודי ושלישי הוא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מספרים יסודיים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מספרים 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הוא סודר ושלישי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מילות הרצף 'קודם... אחר כך...'?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פעולות באותו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סדר פעולות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שלילה של 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יום־יום, לימודים, עבודה וזמן – התאמות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רופאה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שוטרת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מתכנתת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נהגת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מתכנת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טבחית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עונות, חופש, אוכל ובריאות – אוצר מילים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💊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 /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רגל /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🙂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🦵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✋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עונות, חופש, אוכל ובריאות – השלמות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כואב לי ה__________ (הראש).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שתי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עונות, חופש, אוכל ובריאות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'בריא' מתארת מישהו שחולה.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או רופאה נותנים תרופה כשמישהו 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איברי הגוף הזוגיים בעברית הם בלשון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עונות, חופש, אוכל ובריאות – שימוש בצורת הזוגי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נכון: ___ לי הרגליים.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כואבת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כשרגל אחת כואבת?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כואב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כואבת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כואבים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כואבות לי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מתאים לשאלה על 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את מרגישה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אתה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הן מרגישות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אנחנו מרגישים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מילים חדשות משיר אחד אני זוכר/ת וממה מתורגלות?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לשוני היה הכי קל לי ואיזה הכי קשה –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יחידה הצלחתי לכתוב משפט שלם בעברית בלי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לומדים עברית בשירים (20 יחידות)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