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המילים המרכזי מתוך 20 היחידות לפי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הנושאים הלשוניים החוזרים: כינויי גוף, הווה, יחס, שייכות, זכר/נקבה, זמן ופעלים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שמיעה והבנה של שיר לכתיבה יצירתית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בדיבור בזוגות ובקבוצה סביב נושאי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וזהות: מי אני, מי אתה, מי את – הכרת מילים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וזהות: מי אני, מי אתה, מי את – תבניות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מילים אחדות בעברית זהות בכתיב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"את" פונה לבת, "אתה" פונה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אנחנו מתאר קבוצה שכוללת את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וזהות: מי אני, מי אתה, מי את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וזהות: מי אני, מי אתה, מי את – התאמת 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(גוף שני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שני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שלישי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שלישי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ארצות, שפות ומקומות: הווה, יחס ושייכות – מה זוכרים מהשירים?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שואל ועונה על השאלה איפה מישהו גר, ברחוב או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השיר מתאר חצר משותפת לילדים מארצות ושפות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עוסק בשפה העברית עצמה ובהתחדשותה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היחידה מתמקדת בביטויי שייכות כמו יש לי וחבר/חברה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ארצות, שפות ומקומות: הווה, יחס ושייכות – תרגול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ארצות, שפות ומקומות: הווה, יחס ושייכות – בחירה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ארצות, שפות ומקומות: הווה, יחס ושייכות –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(איטלקית)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משפחה, בית, אהבות ותחביבים – אוצר מילים ושייכות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משפחה, בית, אהבות ותחביבים – פעלים של חיבה ושמות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משפחה, בית, אהבות ותחביבים – שייכות,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'יש לי' מבטאות שייכות - משהו שקיים אצל הדובר.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התאמה במין: 'חצר גדולה' (נקבה) לעומת 'בית גדול' (זכר).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משפחה, בית, אהבות ותחביבים – תרגול מורחב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יום־יום, לימודים, עבודה וזמן – זיהוי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סיומת ־ת יוצרת נקבה בחלק משמות המקצוע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 השבוע נקראים לפי מספר סודר (ראשון, שני) מלבד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תחילית מת/מתק בהווה מסמנת בניין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יום־יום, לימודים, עבודה וזמן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יום־יום, לימודים, עבודה וזמן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שלוש הוא מספר יסודי ושלישי הוא 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סדר פעולות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יום־יום, לימודים, עבודה וזמן – התאמות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(שוטרת)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(מתכנתת)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עונות, חופש, אוכל ובריאות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(🙂)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(🦵)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(💊)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עונות, חופש, אוכל ובריאות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עונות, חופש, אוכל ובריאות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בריא הוא ההפך מחולה.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תפקידם בטיפול בחולים.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הרגליים, הידיים, האוזניים.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עונות, חופש, אוכל ובריאות – שימוש בצורת הזוגי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כואבות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כואבת לי הרגל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 אתה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 שלוש מילים נכונות מתוך אוצר המילים של יחידה מסוימת ומסביר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ברור של נושא לשוני אחד (למשל הווה, שייכות, הזוגי)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למשפט תקין בעברית מתוך משימת הכתיבה, מראה שימוש נכון בתבנית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בכל שיעור, ולהתחיל כל שיעור בהשמעת קטע מהשיר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באוצר המילים ובמשחק ההתאמה, ולדלג על משימת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ההבדל בין שתי גרסאות שיר באותה יחידה (כגון יום שישי)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דפי הכתיבה של התלמידים לאורך הפרקים ולבנות מהם בסוף 'תיק עברית'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שיר, מילים חדשות ותרגילים. קודם לומדים מילים, אחר כך פותרים תרגילים, ובסוף כותבים משהו קצר. אפשר לעבוד לבד או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שם: אני, אתה, את, הוא, היא,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שאלה: מי, מה, איפה, מאיפה, איך, 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הפועל המתאר פעולה שקורית עכשיו, בארבע צורות: זכר/נקבה, יחיד/רבים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 ומראה מקום או כיוון: ב, ל, מ,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המראה למי שייך משהו: יש לי, שלי, שלך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של פועל שבו הפעולה חוזרת אל עצמו: מתקלח, מתלבש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הזוגי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־ים/־יים לאיברי גוף או דברים שבאים בזוג: ידיים, רגליים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בלי נושא מפורש, הפועל בגוף שלישי רבים: אומרים ש..., נוהגים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דרגת 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שמשווה בין דברים: ישראלי, יותר ישראלי, הכי ישראלי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רצף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שמסדרת פעולות בזמן: קודם, אחר כך,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וזהות: מי אני, מי אתה, מי את – הכרת מילים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ברכת 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לבן שלומד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מביעה הרגשה נהדרת?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כשפונים לילדה?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וזהות: מי אני, מי אתה, מי את – תבניות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"מורה" נכתבת אותו דבר לזכר ולנקבה.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"את" פונה לבן (זכר).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"אנחנו" הוא כינוי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וזהות: מי אני, מי אתה, מי את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מאיפה את? אני __________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שלומך? - טוב,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וזהות: מי אני, מי אתה, מי את – התאמת 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שלישי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גוף שני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ארצות, שפות ומקומות: הווה, יחס ושייכות – מה זוכרים מהשירים?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'גרה בשינקין' עוסק בשאלה איפה מישהו 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'אצלנו בחצר' ילדים מארצות שונות משחקים יחד באותה חצר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'העברית החדשה' מספר על לימוד השפה הצרפתית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'יש לי חבר' לומדים את מילת השייכות 'יש 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ארצות, שפות ומקומות: הווה, יחס ושייכות – תרגול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בתל אביב עם המשפחה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הן __________ רוסית וגם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בצרפת, ואנחנו כותבים זה לזה מכתבים.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ארצות, שפות ומקומות: הווה, יחס ושייכות – בחירה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הנכונה: אנחנו ___ בשכונה.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בחרו: הן ___ רוסית.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מילת היחס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ארצות, שפות ומקומות: הווה, יחס ושייכות –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איטלקית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איטליה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משפחה, בית, אהבות ותחביבים – אוצר מילים ושייכות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משפחה, בית, אהבות ותחביבים – פעלים של חיבה ושמות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לבן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לבת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הילדים בכיתה ___ לקרוא ספרים בזמן החופש.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'יש לי אחות גדולה' - המשפט מבטא שייכות.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משפחה, בית, אהבות ותחביבים – שייכות,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'יש לי משפחה חמה' מראה ששייך משהו לדובר.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'חצר גדול' בלי להתאים את התואר למין שם העצם.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משפחה, בית, אהבות ותחביבים – תרגול מורחב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__________ בית חם ומשפחה אוהבת.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יום־יום, לימודים, עבודה וזמן – זיהוי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'נהג' בנקבה היא 'נהגת'.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השבוע בעברית נקראים לפי מספר יסודי (אחד, שתיים) ולא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'מתקלח' שייך לבניין התפעל.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יום־יום, לימודים, עבודה וזמן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שלי __________ בבית חולים (רופא בנקבה).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קדם אני קם, __________ אני מתקלח.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יום־יום, לימודים, עבודה וזמן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פעולה על הגוף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'שלוש' ל'שלישי'?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הוא מספר יסודי ושלישי הוא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מספרים יסודיים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מספרים 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הוא סודר ושלישי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מילות הרצף 'קודם... אחר כך...'?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פעולות באותו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סדר פעולות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שלילה של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יום־יום, לימודים, עבודה וזמן – התאמות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מתכנתת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שוטרת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רופאה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נהגת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עונות, חופש, אוכל ובריאות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✋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🙂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🦵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עונות, חופש, אוכל ובריאות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 (הראש).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שתי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עונות, חופש, אוכל ובריאות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'בריא' מתארת מישהו שחולה.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או רופאה נותנים תרופה כשמישהו 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איברי הגוף הזוגיים בעברית הם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עונות, חופש, אוכל ובריאות – שימוש בצורת הזוגי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משלימים: ___ לי הרגליים?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כואבת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המשפט הנכון כשרגל אחת כואבת.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כואב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כואבת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כואבים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כואבות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שואלים בן איך הוא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את מרגישה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אתה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הן מרגישות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אנחנו מרגישים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משיר אחד אני זוכר/ת וממה מתורגלות?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לשוני היה הכי קל לי ואיזה הכי קשה –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יחידה הצלחתי לכתוב משפט שלם בעברית בלי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 (20 יחידות)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