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 (20 יחידות)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באוצר המילים המרכזי מתוך 20 היחידות לפי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הנושאים הלשוניים החוזרים: כינויי גוף, הווה, יחס, שייכות, זכר/נקבה, זמן ופעלים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שמיעה והבנה של שיר לכתיבה יצירתית קצרה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ביטחון בדיבור בזוגות ובקבוצה סביב נושאי השירים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וזהות: מי אני, מי אתה, מי את – הכרת מילים וכינויים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וזהות: מי אני, מי אתה, מי את – תבניות וכינויים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מילים אחדות בעברית זהות בכתיב לזכר ולנקבה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"את" פונה לבת, "אתה" פונה לבן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וזהות: מי אני, מי אתה, מי את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היכרות וזהות: מי אני, מי אתה, מי את – התאמת כינויים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(גוף ראשון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(גוף שני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שני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שלישי זכר)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ארצות, שפות ומקומות: הווה, יחס ושייכות – מה זוכרים מהשירים?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השיר שואל ועונה על השאלה איפה מישהו גר, ברחוב או בשכונה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השיר מתאר חצר משותפת לילדים מארצות ושפות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השיר עוסק בשפה העברית עצמה ובהתחדשותה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ארצות, שפות ומקומות: הווה, יחס ושייכות – תרגול צורות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ארצות, שפות ומקומות: הווה, יחס ושייכות – בחירה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ארצות, שפות ומקומות: הווה, יחס ושייכות – ארץ ושפה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(צרפתית)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(רוסית)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(אנגלית)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משפחה, בית, אהבות ותחביבים – אוצר מילים ושייכות משפחתית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(אמא)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משפחה, בית, אהבות ותחביבים – פעלים של חיבה ושמות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אוהבת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משפחה, בית, אהבות ותחביבים – שייכות, התאמה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המילים 'יש לי' מבטאות שייכות - משהו שקיים אצל הדובר.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משפחה, בית, אהבות ותחביבים – תרגול מורחב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יום־יום, לימודים, עבודה וזמן – זיהוי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סיומת ־ת יוצרת נקבה בחלק משמות המקצוע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ימי השבוע נקראים לפי מספר סודר (ראשון, שני) מלבד 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יום־יום, לימודים, עבודה וזמן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רופאה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יום־יום, לימודים, עבודה וזמן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מתקלח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יום־יום, לימודים, עבודה וזמן – התאמות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(נהגת)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(טבחית)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(רופאה)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(שוטרת)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עונות, חופש, אוכל ובריאות – אוצר מילים וזיהוי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(🙂)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(✋)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(🦵)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(🫃)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עונות, חופש, אוכל ובריאות – השלמות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עונות, חופש, אוכל ובריאות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בריא הוא ההפך מחולה.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תפקידם בטיפול בחולים.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5 · עונות, חופש, אוכל ובריאות – שימוש בצורת הזוגי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איך אתה מרגיש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מצטט שלוש מילים נכונות מתוך אוצר המילים של יחידה מסוימת ומסביר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ברור של נושא לשוני אחד (למשל הווה, שייכות, הזוגי)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למשפט תקין בעברית מתוך משימת הכתיבה, מראה שימוש נכון בתבנית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לשישה שיעורים, פרק אחד בכל שיעור, ולהתחיל כל שיעור בהשמעת קטע מהשיר הרלוונטי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רק באוצר המילים ובמשחק ההתאמה, ולדלג על משימת הכתיבה החופשית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קצר על ההבדל בין שתי גרסאות שיר באותה יחידה (כגון יום שישי)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את דפי הכתיבה של התלמידים לאורך הפרקים ולבנות מהם בסוף 'תיק עברית' 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לומדים עברית בשירים (20 יחידות)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תשמעו קטע משיר, תלמדו מילים חדשות ותתרגלו נושא לשוני אחד. עבדו לפי הסדר – קודם אוצר מילים, אחר כך התרגילים, ולבסוף משימת הכתיבה. אפשר לעבוד לבד או בזוגות, שיר אחר שיר.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נעים  ·  מדברות  ·  ששי  ·  גר  ·  רופאה  ·  מ  ·  ראש  ·  רגליים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היכרות וזהות: מי אני, מי אתה, מי את – הכרת מילים וכינויים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אומרים כשפוגשים מישהו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מתאימה לתלמיד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אומרים כשמרגישים טוב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ככה־ככה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להתראות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היכרות וזהות: מי אני, מי אתה, מי את – תבניות וכינויים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"מורה" נכתבת אותו דבר לזכר ולנקבה.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הכינוי "את" פונה לבן (זכר).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היכרות וזהות: מי אני, מי אתה, מי את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שמי דנה, __________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מאיפה את? אני __________ ישראל.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היכרות וזהות: מי אני, מי אתה, מי את – התאמת כינויים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גוף שני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גוף שני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גוף שלישי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גוף ראשון יחיד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ארצות, שפות ומקומות: הווה, יחס ושייכות – מה זוכרים מהשירים?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'גרה בשינקין' עוסק בשאלה איפה מישהו 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בשיר 'אצלנו בחצר' ילדים מארצות שונות משחקים יחד באותה חצר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השיר 'העברית החדשה' מספר על לימוד השפה הצרפתית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ארצות, שפות ומקומות: הווה, יחס ושייכות – תרגול צורות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הוא __________ בתל אביב עם המשפחה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הן __________ רוסית וגם עברית.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ארצות, שפות ומקומות: הווה, יחס ושייכות – בחירה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השלימו: אנחנו ___ בשכונה יפה ליד הים.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ארצות, שפות ומקומות: הווה, יחס ושייכות – ארץ ושפה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צרפת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רוסית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צרפתית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אנגלית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אנגליה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ספרדית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משפחה, בית, אהבות ותחביבים – אוצר מילים ושייכות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אמא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משפחה, בית, אהבות ותחביבים – פעלים של חיבה ושמות 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דני ___ לשחק כדורגל בחצר.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רונית ___ לצייר בשעות הפנאי שלה.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אוהבת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אוהבים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משפחה, בית, אהבות ותחביבים – שייכות, התאמה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המשפט 'יש לי משפחה חמה' מראה ששייך משהו לדובר.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משפחה, בית, אהבות ותחביבים – תרגול מורחב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יום־יום, לימודים, עבודה וזמן – זיהוי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הצורה 'נהג' בנקבה היא 'נהגת'.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ימי השבוע בעברית נקראים לפי מספר יסודי (אחד, שתיים) ולא לפי מספר סודר.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יום־יום, לימודים, עבודה וזמן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יום חמישי בא יום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אמא שלי __________ בבית חולים (רופא בנקבה).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יום־יום, לימודים, עבודה וזמן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מתארת פעולה שאדם עושה לעצמו, בבניין התפעל?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מתקלח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4 · יום־יום, לימודים, עבודה וזמן – התאמות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רופאה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שוטרת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טבחית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נהגת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עונות, חופש, אוכל ובריאות – אוצר מילים וזיהוי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🫃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יד /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🦵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רגל / רגליים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✋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🙂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עונות, חופש, אוכל ובריאות – השלמות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כואב לי ה__________ (הראש).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יש לי שתי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עונות, חופש, אוכל ובריאות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'בריא' מתארת מישהו שחולה.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רופא או רופאה נותנים תרופה כשמישהו חולה.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פרק 5 · עונות, חופש, אוכל ובריאות – שימוש בצורת הזוגי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משפט מתאים לשאלה על 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איך את מרגישה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איך אתה מרגיש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איך הן מרגישות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 מילים חדשות משיר אחד אני זוכר/ת וממה מתורגלות?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נושא לשוני היה הכי קל לי ואיזה הכי קשה –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לומדים עברית בשירים (20 יחידות)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